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1146A1"/>
          <w:sz w:val="32"/>
        </w:rPr>
        <w:t>CLASS QUIZ DECK · WORD TEMPLATE</w:t>
      </w:r>
    </w:p>
    <w:p>
      <w:r>
        <w:t>For two-answer questions, fill any two colour columns and leave the other two empty. Keep all seven headings. Choose the correct answer from the colours in use.</w:t>
      </w:r>
    </w:p>
    <w:p>
      <w:pPr>
        <w:jc w:val="center"/>
      </w:pPr>
      <w:r>
        <w:rPr>
          <w:sz w:val="18"/>
        </w:rPr>
        <w:t>Complete one row per question. Use Blue, Red, Green or Yellow in the Correct option column. Blank rows are ignored.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  <w:gridCol w:w="2078"/>
        <w:gridCol w:w="2078"/>
        <w:gridCol w:w="2078"/>
      </w:tblGrid>
      <w:tr>
        <w:tc>
          <w:tcPr>
            <w:tcW w:type="dxa" w:w="936"/>
            <w:vAlign w:val="center"/>
            <w:shd w:fill="1146A1"/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Question number</w:t>
            </w:r>
          </w:p>
        </w:tc>
        <w:tc>
          <w:tcPr>
            <w:tcW w:type="dxa" w:w="4536"/>
            <w:vAlign w:val="center"/>
            <w:shd w:fill="1146A1"/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Question</w:t>
            </w:r>
          </w:p>
        </w:tc>
        <w:tc>
          <w:tcPr>
            <w:tcW w:type="dxa" w:w="2045"/>
            <w:vAlign w:val="center"/>
            <w:shd w:fill="2563EB"/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Blue</w:t>
            </w:r>
          </w:p>
        </w:tc>
        <w:tc>
          <w:tcPr>
            <w:tcW w:type="dxa" w:w="2045"/>
            <w:vAlign w:val="center"/>
            <w:shd w:fill="DC2626"/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Red</w:t>
            </w:r>
          </w:p>
        </w:tc>
        <w:tc>
          <w:tcPr>
            <w:tcW w:type="dxa" w:w="2045"/>
            <w:vAlign w:val="center"/>
            <w:shd w:fill="16A34A"/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Green</w:t>
            </w:r>
          </w:p>
        </w:tc>
        <w:tc>
          <w:tcPr>
            <w:tcW w:type="dxa" w:w="2045"/>
            <w:vAlign w:val="center"/>
            <w:shd w:fill="FACC15"/>
          </w:tcPr>
          <w:p>
            <w:pPr>
              <w:jc w:val="center"/>
            </w:pPr>
            <w:r>
              <w:rPr>
                <w:b/>
                <w:color w:val="422006"/>
                <w:sz w:val="16"/>
              </w:rPr>
              <w:t>Yellow</w:t>
            </w:r>
          </w:p>
        </w:tc>
        <w:tc>
          <w:tcPr>
            <w:tcW w:type="dxa" w:w="1440"/>
            <w:vAlign w:val="center"/>
            <w:shd w:fill="1146A1"/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Correct option</w:t>
            </w:r>
          </w:p>
        </w:tc>
      </w:tr>
      <w:tr>
        <w:tc>
          <w:tcPr>
            <w:tcW w:type="dxa" w:w="936"/>
            <w:vAlign w:val="center"/>
          </w:tcPr>
          <w:p>
            <w:pPr>
              <w:spacing w:after="0"/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type="dxa" w:w="4536"/>
            <w:vAlign w:val="center"/>
          </w:tcPr>
          <w:p>
            <w:pPr>
              <w:spacing w:after="0"/>
              <w:jc w:val="left"/>
            </w:pPr>
            <w:r>
              <w:rPr>
                <w:sz w:val="16"/>
              </w:rPr>
              <w:t>Work out 7 × 6.</w:t>
            </w:r>
          </w:p>
        </w:tc>
        <w:tc>
          <w:tcPr>
            <w:tcW w:type="dxa" w:w="2045"/>
            <w:vAlign w:val="center"/>
          </w:tcPr>
          <w:p>
            <w:pPr>
              <w:spacing w:after="0"/>
              <w:jc w:val="center"/>
            </w:pPr>
            <w:r>
              <w:rPr>
                <w:sz w:val="16"/>
              </w:rPr>
              <w:t>36</w:t>
            </w:r>
          </w:p>
        </w:tc>
        <w:tc>
          <w:tcPr>
            <w:tcW w:type="dxa" w:w="2045"/>
            <w:vAlign w:val="center"/>
          </w:tcPr>
          <w:p>
            <w:pPr>
              <w:spacing w:after="0"/>
              <w:jc w:val="center"/>
            </w:pPr>
            <w:r>
              <w:rPr>
                <w:sz w:val="16"/>
              </w:rPr>
              <w:t>40</w:t>
            </w:r>
          </w:p>
        </w:tc>
        <w:tc>
          <w:tcPr>
            <w:tcW w:type="dxa" w:w="2045"/>
            <w:vAlign w:val="center"/>
          </w:tcPr>
          <w:p>
            <w:pPr>
              <w:spacing w:after="0"/>
              <w:jc w:val="center"/>
            </w:pPr>
            <w:r>
              <w:rPr>
                <w:sz w:val="16"/>
              </w:rPr>
              <w:t>42</w:t>
            </w:r>
          </w:p>
        </w:tc>
        <w:tc>
          <w:tcPr>
            <w:tcW w:type="dxa" w:w="2045"/>
            <w:vAlign w:val="center"/>
          </w:tcPr>
          <w:p>
            <w:pPr>
              <w:spacing w:after="0"/>
              <w:jc w:val="center"/>
            </w:pPr>
            <w:r>
              <w:rPr>
                <w:sz w:val="16"/>
              </w:rPr>
              <w:t>48</w:t>
            </w:r>
          </w:p>
        </w:tc>
        <w:tc>
          <w:tcPr>
            <w:tcW w:type="dxa" w:w="1440"/>
            <w:vAlign w:val="center"/>
          </w:tcPr>
          <w:p>
            <w:pPr>
              <w:spacing w:after="0"/>
              <w:jc w:val="center"/>
            </w:pPr>
            <w:r>
              <w:rPr>
                <w:sz w:val="16"/>
              </w:rPr>
              <w:t>Green</w:t>
            </w:r>
          </w:p>
        </w:tc>
      </w:tr>
      <w:tr>
        <w:tc>
          <w:tcPr>
            <w:tcW w:type="dxa" w:w="936"/>
            <w:vAlign w:val="center"/>
          </w:tcPr>
          <w:p>
            <w:pPr>
              <w:spacing w:after="0"/>
              <w:jc w:val="center"/>
            </w:pPr>
            <w:r>
              <w:rPr>
                <w:sz w:val="16"/>
              </w:rPr>
              <w:t>2</w:t>
            </w:r>
          </w:p>
        </w:tc>
        <w:tc>
          <w:tcPr>
            <w:tcW w:type="dxa" w:w="4536"/>
            <w:vAlign w:val="center"/>
          </w:tcPr>
          <w:p>
            <w:pPr>
              <w:spacing w:after="0"/>
              <w:jc w:val="left"/>
            </w:pPr>
            <w:r>
              <w:rPr>
                <w:sz w:val="16"/>
              </w:rPr>
              <w:t>Solve 2x + 5 = 17.</w:t>
            </w:r>
          </w:p>
        </w:tc>
        <w:tc>
          <w:tcPr>
            <w:tcW w:type="dxa" w:w="2045"/>
            <w:vAlign w:val="center"/>
          </w:tcPr>
          <w:p>
            <w:pPr>
              <w:spacing w:after="0"/>
              <w:jc w:val="center"/>
            </w:pPr>
            <w:r>
              <w:rPr>
                <w:sz w:val="16"/>
              </w:rPr>
              <w:t>x = 5</w:t>
            </w:r>
          </w:p>
        </w:tc>
        <w:tc>
          <w:tcPr>
            <w:tcW w:type="dxa" w:w="2045"/>
            <w:vAlign w:val="center"/>
          </w:tcPr>
          <w:p>
            <w:pPr>
              <w:spacing w:after="0"/>
              <w:jc w:val="center"/>
            </w:pPr>
            <w:r>
              <w:rPr>
                <w:sz w:val="16"/>
              </w:rPr>
              <w:t>x = 6</w:t>
            </w:r>
          </w:p>
        </w:tc>
        <w:tc>
          <w:tcPr>
            <w:tcW w:type="dxa" w:w="2045"/>
            <w:vAlign w:val="center"/>
          </w:tcPr>
          <w:p>
            <w:pPr>
              <w:spacing w:after="0"/>
              <w:jc w:val="center"/>
            </w:pPr>
            <w:r>
              <w:rPr>
                <w:sz w:val="16"/>
              </w:rPr>
              <w:t>x = 7</w:t>
            </w:r>
          </w:p>
        </w:tc>
        <w:tc>
          <w:tcPr>
            <w:tcW w:type="dxa" w:w="2045"/>
            <w:vAlign w:val="center"/>
          </w:tcPr>
          <w:p>
            <w:pPr>
              <w:spacing w:after="0"/>
              <w:jc w:val="center"/>
            </w:pPr>
            <w:r>
              <w:rPr>
                <w:sz w:val="16"/>
              </w:rPr>
              <w:t>x = 11</w:t>
            </w:r>
          </w:p>
        </w:tc>
        <w:tc>
          <w:tcPr>
            <w:tcW w:type="dxa" w:w="1440"/>
            <w:vAlign w:val="center"/>
          </w:tcPr>
          <w:p>
            <w:pPr>
              <w:spacing w:after="0"/>
              <w:jc w:val="center"/>
            </w:pPr>
            <w:r>
              <w:rPr>
                <w:sz w:val="16"/>
              </w:rPr>
              <w:t>Red</w:t>
            </w:r>
          </w:p>
        </w:tc>
      </w:tr>
      <w:tr>
        <w:tc>
          <w:tcPr>
            <w:tcW w:type="dxa" w:w="936"/>
            <w:vAlign w:val="center"/>
          </w:tcPr>
          <w:p>
            <w:pPr>
              <w:spacing w:after="0"/>
              <w:jc w:val="center"/>
            </w:pPr>
            <w:r>
              <w:rPr>
                <w:sz w:val="16"/>
              </w:rPr>
              <w:t>3</w:t>
            </w:r>
          </w:p>
        </w:tc>
        <w:tc>
          <w:tcPr>
            <w:tcW w:type="dxa" w:w="4536"/>
            <w:vAlign w:val="center"/>
          </w:tcPr>
          <w:p>
            <w:pPr>
              <w:spacing w:after="0"/>
              <w:jc w:val="left"/>
            </w:pPr>
            <w:r>
              <w:rPr>
                <w:sz w:val="16"/>
              </w:rPr>
              <w:t>Which word is a verb?</w:t>
            </w:r>
          </w:p>
        </w:tc>
        <w:tc>
          <w:tcPr>
            <w:tcW w:type="dxa" w:w="2045"/>
            <w:vAlign w:val="center"/>
          </w:tcPr>
          <w:p>
            <w:pPr>
              <w:spacing w:after="0"/>
              <w:jc w:val="center"/>
            </w:pPr>
            <w:r>
              <w:rPr>
                <w:sz w:val="16"/>
              </w:rPr>
              <w:t>carefully</w:t>
            </w:r>
          </w:p>
        </w:tc>
        <w:tc>
          <w:tcPr>
            <w:tcW w:type="dxa" w:w="2045"/>
            <w:vAlign w:val="center"/>
          </w:tcPr>
          <w:p>
            <w:pPr>
              <w:spacing w:after="0"/>
              <w:jc w:val="center"/>
            </w:pPr>
            <w:r>
              <w:rPr>
                <w:sz w:val="16"/>
              </w:rPr>
              <w:t>bright</w:t>
            </w:r>
          </w:p>
        </w:tc>
        <w:tc>
          <w:tcPr>
            <w:tcW w:type="dxa" w:w="2045"/>
            <w:vAlign w:val="center"/>
          </w:tcPr>
          <w:p>
            <w:pPr>
              <w:spacing w:after="0"/>
              <w:jc w:val="center"/>
            </w:pPr>
            <w:r>
              <w:rPr>
                <w:sz w:val="16"/>
              </w:rPr>
              <w:t>journey</w:t>
            </w:r>
          </w:p>
        </w:tc>
        <w:tc>
          <w:tcPr>
            <w:tcW w:type="dxa" w:w="2045"/>
            <w:vAlign w:val="center"/>
          </w:tcPr>
          <w:p>
            <w:pPr>
              <w:spacing w:after="0"/>
              <w:jc w:val="center"/>
            </w:pPr>
            <w:r>
              <w:rPr>
                <w:sz w:val="16"/>
              </w:rPr>
              <w:t>explain</w:t>
            </w:r>
          </w:p>
        </w:tc>
        <w:tc>
          <w:tcPr>
            <w:tcW w:type="dxa" w:w="1440"/>
            <w:vAlign w:val="center"/>
          </w:tcPr>
          <w:p>
            <w:pPr>
              <w:spacing w:after="0"/>
              <w:jc w:val="center"/>
            </w:pPr>
            <w:r>
              <w:rPr>
                <w:sz w:val="16"/>
              </w:rPr>
              <w:t>Yellow</w:t>
            </w:r>
          </w:p>
        </w:tc>
      </w:tr>
      <w:tr>
        <w:tc>
          <w:tcPr>
            <w:tcW w:type="dxa" w:w="936"/>
            <w:vAlign w:val="center"/>
          </w:tcPr>
          <w:p>
            <w:pPr>
              <w:spacing w:after="0"/>
              <w:jc w:val="center"/>
            </w:pPr>
            <w:r>
              <w:rPr>
                <w:sz w:val="16"/>
              </w:rPr>
              <w:t>4</w:t>
            </w:r>
          </w:p>
        </w:tc>
        <w:tc>
          <w:tcPr>
            <w:tcW w:type="dxa" w:w="4536"/>
            <w:vAlign w:val="center"/>
          </w:tcPr>
          <w:p>
            <w:pPr>
              <w:spacing w:after="0"/>
              <w:jc w:val="left"/>
            </w:pPr>
            <w:r>
              <w:rPr>
                <w:sz w:val="16"/>
              </w:rPr>
              <w:t>Which organelle controls the activities of a cell?</w:t>
            </w:r>
          </w:p>
        </w:tc>
        <w:tc>
          <w:tcPr>
            <w:tcW w:type="dxa" w:w="2045"/>
            <w:vAlign w:val="center"/>
          </w:tcPr>
          <w:p>
            <w:pPr>
              <w:spacing w:after="0"/>
              <w:jc w:val="center"/>
            </w:pPr>
            <w:r>
              <w:rPr>
                <w:sz w:val="16"/>
              </w:rPr>
              <w:t>Nucleus</w:t>
            </w:r>
          </w:p>
        </w:tc>
        <w:tc>
          <w:tcPr>
            <w:tcW w:type="dxa" w:w="2045"/>
            <w:vAlign w:val="center"/>
          </w:tcPr>
          <w:p>
            <w:pPr>
              <w:spacing w:after="0"/>
              <w:jc w:val="center"/>
            </w:pPr>
            <w:r>
              <w:rPr>
                <w:sz w:val="16"/>
              </w:rPr>
              <w:t>Cell wall</w:t>
            </w:r>
          </w:p>
        </w:tc>
        <w:tc>
          <w:tcPr>
            <w:tcW w:type="dxa" w:w="2045"/>
            <w:vAlign w:val="center"/>
          </w:tcPr>
          <w:p>
            <w:pPr>
              <w:spacing w:after="0"/>
              <w:jc w:val="center"/>
            </w:pPr>
            <w:r>
              <w:rPr>
                <w:sz w:val="16"/>
              </w:rPr>
              <w:t>Cytoplasm</w:t>
            </w:r>
          </w:p>
        </w:tc>
        <w:tc>
          <w:tcPr>
            <w:tcW w:type="dxa" w:w="2045"/>
            <w:vAlign w:val="center"/>
          </w:tcPr>
          <w:p>
            <w:pPr>
              <w:spacing w:after="0"/>
              <w:jc w:val="center"/>
            </w:pPr>
            <w:r>
              <w:rPr>
                <w:sz w:val="16"/>
              </w:rPr>
              <w:t>Vacuole</w:t>
            </w:r>
          </w:p>
        </w:tc>
        <w:tc>
          <w:tcPr>
            <w:tcW w:type="dxa" w:w="1440"/>
            <w:vAlign w:val="center"/>
          </w:tcPr>
          <w:p>
            <w:pPr>
              <w:spacing w:after="0"/>
              <w:jc w:val="center"/>
            </w:pPr>
            <w:r>
              <w:rPr>
                <w:sz w:val="16"/>
              </w:rPr>
              <w:t>Blue</w:t>
            </w:r>
          </w:p>
        </w:tc>
      </w:tr>
      <w:tr>
        <w:tc>
          <w:tcPr>
            <w:tcW w:type="dxa" w:w="936"/>
            <w:vAlign w:val="center"/>
          </w:tcPr>
          <w:p>
            <w:pPr>
              <w:spacing w:after="0"/>
              <w:jc w:val="center"/>
            </w:pPr>
            <w:r>
              <w:rPr>
                <w:sz w:val="16"/>
              </w:rPr>
              <w:t>5</w:t>
            </w:r>
          </w:p>
        </w:tc>
        <w:tc>
          <w:tcPr>
            <w:tcW w:type="dxa" w:w="4536"/>
            <w:vAlign w:val="center"/>
          </w:tcPr>
          <w:p>
            <w:pPr>
              <w:spacing w:after="0"/>
              <w:jc w:val="left"/>
            </w:pPr>
            <w:r>
              <w:rPr>
                <w:sz w:val="16"/>
              </w:rPr>
            </w:r>
          </w:p>
        </w:tc>
        <w:tc>
          <w:tcPr>
            <w:tcW w:type="dxa" w:w="2045"/>
            <w:vAlign w:val="center"/>
          </w:tcPr>
          <w:p>
            <w:pPr>
              <w:spacing w:after="0"/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2045"/>
            <w:vAlign w:val="center"/>
          </w:tcPr>
          <w:p>
            <w:pPr>
              <w:spacing w:after="0"/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2045"/>
            <w:vAlign w:val="center"/>
          </w:tcPr>
          <w:p>
            <w:pPr>
              <w:spacing w:after="0"/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2045"/>
            <w:vAlign w:val="center"/>
          </w:tcPr>
          <w:p>
            <w:pPr>
              <w:spacing w:after="0"/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1440"/>
            <w:vAlign w:val="center"/>
          </w:tcPr>
          <w:p>
            <w:pPr>
              <w:spacing w:after="0"/>
              <w:jc w:val="center"/>
            </w:pPr>
            <w:r>
              <w:rPr>
                <w:sz w:val="16"/>
              </w:rPr>
            </w:r>
          </w:p>
        </w:tc>
      </w:tr>
      <w:tr>
        <w:tc>
          <w:tcPr>
            <w:tcW w:type="dxa" w:w="936"/>
            <w:vAlign w:val="center"/>
          </w:tcPr>
          <w:p>
            <w:pPr>
              <w:spacing w:after="0"/>
              <w:jc w:val="center"/>
            </w:pPr>
            <w:r>
              <w:rPr>
                <w:sz w:val="16"/>
              </w:rPr>
              <w:t>6</w:t>
            </w:r>
          </w:p>
        </w:tc>
        <w:tc>
          <w:tcPr>
            <w:tcW w:type="dxa" w:w="4536"/>
            <w:vAlign w:val="center"/>
          </w:tcPr>
          <w:p>
            <w:pPr>
              <w:spacing w:after="0"/>
              <w:jc w:val="left"/>
            </w:pPr>
            <w:r>
              <w:rPr>
                <w:sz w:val="16"/>
              </w:rPr>
            </w:r>
          </w:p>
        </w:tc>
        <w:tc>
          <w:tcPr>
            <w:tcW w:type="dxa" w:w="2045"/>
            <w:vAlign w:val="center"/>
          </w:tcPr>
          <w:p>
            <w:pPr>
              <w:spacing w:after="0"/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2045"/>
            <w:vAlign w:val="center"/>
          </w:tcPr>
          <w:p>
            <w:pPr>
              <w:spacing w:after="0"/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2045"/>
            <w:vAlign w:val="center"/>
          </w:tcPr>
          <w:p>
            <w:pPr>
              <w:spacing w:after="0"/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2045"/>
            <w:vAlign w:val="center"/>
          </w:tcPr>
          <w:p>
            <w:pPr>
              <w:spacing w:after="0"/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1440"/>
            <w:vAlign w:val="center"/>
          </w:tcPr>
          <w:p>
            <w:pPr>
              <w:spacing w:after="0"/>
              <w:jc w:val="center"/>
            </w:pPr>
            <w:r>
              <w:rPr>
                <w:sz w:val="16"/>
              </w:rPr>
            </w:r>
          </w:p>
        </w:tc>
      </w:tr>
      <w:tr>
        <w:tc>
          <w:tcPr>
            <w:tcW w:type="dxa" w:w="936"/>
            <w:vAlign w:val="center"/>
          </w:tcPr>
          <w:p>
            <w:pPr>
              <w:spacing w:after="0"/>
              <w:jc w:val="center"/>
            </w:pPr>
            <w:r>
              <w:rPr>
                <w:sz w:val="16"/>
              </w:rPr>
              <w:t>7</w:t>
            </w:r>
          </w:p>
        </w:tc>
        <w:tc>
          <w:tcPr>
            <w:tcW w:type="dxa" w:w="4536"/>
            <w:vAlign w:val="center"/>
          </w:tcPr>
          <w:p>
            <w:pPr>
              <w:spacing w:after="0"/>
              <w:jc w:val="left"/>
            </w:pPr>
            <w:r>
              <w:rPr>
                <w:sz w:val="16"/>
              </w:rPr>
            </w:r>
          </w:p>
        </w:tc>
        <w:tc>
          <w:tcPr>
            <w:tcW w:type="dxa" w:w="2045"/>
            <w:vAlign w:val="center"/>
          </w:tcPr>
          <w:p>
            <w:pPr>
              <w:spacing w:after="0"/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2045"/>
            <w:vAlign w:val="center"/>
          </w:tcPr>
          <w:p>
            <w:pPr>
              <w:spacing w:after="0"/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2045"/>
            <w:vAlign w:val="center"/>
          </w:tcPr>
          <w:p>
            <w:pPr>
              <w:spacing w:after="0"/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2045"/>
            <w:vAlign w:val="center"/>
          </w:tcPr>
          <w:p>
            <w:pPr>
              <w:spacing w:after="0"/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1440"/>
            <w:vAlign w:val="center"/>
          </w:tcPr>
          <w:p>
            <w:pPr>
              <w:spacing w:after="0"/>
              <w:jc w:val="center"/>
            </w:pPr>
            <w:r>
              <w:rPr>
                <w:sz w:val="16"/>
              </w:rPr>
            </w:r>
          </w:p>
        </w:tc>
      </w:tr>
      <w:tr>
        <w:tc>
          <w:tcPr>
            <w:tcW w:type="dxa" w:w="936"/>
            <w:vAlign w:val="center"/>
          </w:tcPr>
          <w:p>
            <w:pPr>
              <w:spacing w:after="0"/>
              <w:jc w:val="center"/>
            </w:pPr>
            <w:r>
              <w:rPr>
                <w:sz w:val="16"/>
              </w:rPr>
              <w:t>8</w:t>
            </w:r>
          </w:p>
        </w:tc>
        <w:tc>
          <w:tcPr>
            <w:tcW w:type="dxa" w:w="4536"/>
            <w:vAlign w:val="center"/>
          </w:tcPr>
          <w:p>
            <w:pPr>
              <w:spacing w:after="0"/>
              <w:jc w:val="left"/>
            </w:pPr>
            <w:r>
              <w:rPr>
                <w:sz w:val="16"/>
              </w:rPr>
            </w:r>
          </w:p>
        </w:tc>
        <w:tc>
          <w:tcPr>
            <w:tcW w:type="dxa" w:w="2045"/>
            <w:vAlign w:val="center"/>
          </w:tcPr>
          <w:p>
            <w:pPr>
              <w:spacing w:after="0"/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2045"/>
            <w:vAlign w:val="center"/>
          </w:tcPr>
          <w:p>
            <w:pPr>
              <w:spacing w:after="0"/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2045"/>
            <w:vAlign w:val="center"/>
          </w:tcPr>
          <w:p>
            <w:pPr>
              <w:spacing w:after="0"/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2045"/>
            <w:vAlign w:val="center"/>
          </w:tcPr>
          <w:p>
            <w:pPr>
              <w:spacing w:after="0"/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1440"/>
            <w:vAlign w:val="center"/>
          </w:tcPr>
          <w:p>
            <w:pPr>
              <w:spacing w:after="0"/>
              <w:jc w:val="center"/>
            </w:pPr>
            <w:r>
              <w:rPr>
                <w:sz w:val="16"/>
              </w:rPr>
            </w:r>
          </w:p>
        </w:tc>
      </w:tr>
      <w:tr>
        <w:tc>
          <w:tcPr>
            <w:tcW w:type="dxa" w:w="936"/>
            <w:vAlign w:val="center"/>
          </w:tcPr>
          <w:p>
            <w:pPr>
              <w:spacing w:after="0"/>
              <w:jc w:val="center"/>
            </w:pPr>
            <w:r>
              <w:rPr>
                <w:sz w:val="16"/>
              </w:rPr>
              <w:t>9</w:t>
            </w:r>
          </w:p>
        </w:tc>
        <w:tc>
          <w:tcPr>
            <w:tcW w:type="dxa" w:w="4536"/>
            <w:vAlign w:val="center"/>
          </w:tcPr>
          <w:p>
            <w:pPr>
              <w:spacing w:after="0"/>
              <w:jc w:val="left"/>
            </w:pPr>
            <w:r>
              <w:rPr>
                <w:sz w:val="16"/>
              </w:rPr>
            </w:r>
          </w:p>
        </w:tc>
        <w:tc>
          <w:tcPr>
            <w:tcW w:type="dxa" w:w="2045"/>
            <w:vAlign w:val="center"/>
          </w:tcPr>
          <w:p>
            <w:pPr>
              <w:spacing w:after="0"/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2045"/>
            <w:vAlign w:val="center"/>
          </w:tcPr>
          <w:p>
            <w:pPr>
              <w:spacing w:after="0"/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2045"/>
            <w:vAlign w:val="center"/>
          </w:tcPr>
          <w:p>
            <w:pPr>
              <w:spacing w:after="0"/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2045"/>
            <w:vAlign w:val="center"/>
          </w:tcPr>
          <w:p>
            <w:pPr>
              <w:spacing w:after="0"/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1440"/>
            <w:vAlign w:val="center"/>
          </w:tcPr>
          <w:p>
            <w:pPr>
              <w:spacing w:after="0"/>
              <w:jc w:val="center"/>
            </w:pPr>
            <w:r>
              <w:rPr>
                <w:sz w:val="16"/>
              </w:rPr>
            </w:r>
          </w:p>
        </w:tc>
      </w:tr>
      <w:tr>
        <w:tc>
          <w:tcPr>
            <w:tcW w:type="dxa" w:w="936"/>
            <w:vAlign w:val="center"/>
          </w:tcPr>
          <w:p>
            <w:pPr>
              <w:spacing w:after="0"/>
              <w:jc w:val="center"/>
            </w:pPr>
            <w:r>
              <w:rPr>
                <w:sz w:val="16"/>
              </w:rPr>
              <w:t>10</w:t>
            </w:r>
          </w:p>
        </w:tc>
        <w:tc>
          <w:tcPr>
            <w:tcW w:type="dxa" w:w="4536"/>
            <w:vAlign w:val="center"/>
          </w:tcPr>
          <w:p>
            <w:pPr>
              <w:spacing w:after="0"/>
              <w:jc w:val="left"/>
            </w:pPr>
            <w:r>
              <w:rPr>
                <w:sz w:val="16"/>
              </w:rPr>
            </w:r>
          </w:p>
        </w:tc>
        <w:tc>
          <w:tcPr>
            <w:tcW w:type="dxa" w:w="2045"/>
            <w:vAlign w:val="center"/>
          </w:tcPr>
          <w:p>
            <w:pPr>
              <w:spacing w:after="0"/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2045"/>
            <w:vAlign w:val="center"/>
          </w:tcPr>
          <w:p>
            <w:pPr>
              <w:spacing w:after="0"/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2045"/>
            <w:vAlign w:val="center"/>
          </w:tcPr>
          <w:p>
            <w:pPr>
              <w:spacing w:after="0"/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2045"/>
            <w:vAlign w:val="center"/>
          </w:tcPr>
          <w:p>
            <w:pPr>
              <w:spacing w:after="0"/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1440"/>
            <w:vAlign w:val="center"/>
          </w:tcPr>
          <w:p>
            <w:pPr>
              <w:spacing w:after="0"/>
              <w:jc w:val="center"/>
            </w:pPr>
            <w:r>
              <w:rPr>
                <w:sz w:val="16"/>
              </w:rPr>
            </w:r>
          </w:p>
        </w:tc>
      </w:tr>
      <w:tr>
        <w:tc>
          <w:tcPr>
            <w:tcW w:type="dxa" w:w="936"/>
            <w:vAlign w:val="center"/>
          </w:tcPr>
          <w:p>
            <w:pPr>
              <w:spacing w:after="0"/>
              <w:jc w:val="center"/>
            </w:pPr>
            <w:r>
              <w:rPr>
                <w:sz w:val="16"/>
              </w:rPr>
              <w:t>11</w:t>
            </w:r>
          </w:p>
        </w:tc>
        <w:tc>
          <w:tcPr>
            <w:tcW w:type="dxa" w:w="4536"/>
            <w:vAlign w:val="center"/>
          </w:tcPr>
          <w:p>
            <w:pPr>
              <w:spacing w:after="0"/>
              <w:jc w:val="left"/>
            </w:pPr>
            <w:r>
              <w:rPr>
                <w:sz w:val="16"/>
              </w:rPr>
            </w:r>
          </w:p>
        </w:tc>
        <w:tc>
          <w:tcPr>
            <w:tcW w:type="dxa" w:w="2045"/>
            <w:vAlign w:val="center"/>
          </w:tcPr>
          <w:p>
            <w:pPr>
              <w:spacing w:after="0"/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2045"/>
            <w:vAlign w:val="center"/>
          </w:tcPr>
          <w:p>
            <w:pPr>
              <w:spacing w:after="0"/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2045"/>
            <w:vAlign w:val="center"/>
          </w:tcPr>
          <w:p>
            <w:pPr>
              <w:spacing w:after="0"/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2045"/>
            <w:vAlign w:val="center"/>
          </w:tcPr>
          <w:p>
            <w:pPr>
              <w:spacing w:after="0"/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1440"/>
            <w:vAlign w:val="center"/>
          </w:tcPr>
          <w:p>
            <w:pPr>
              <w:spacing w:after="0"/>
              <w:jc w:val="center"/>
            </w:pPr>
            <w:r>
              <w:rPr>
                <w:sz w:val="16"/>
              </w:rPr>
            </w:r>
          </w:p>
        </w:tc>
      </w:tr>
      <w:tr>
        <w:tc>
          <w:tcPr>
            <w:tcW w:type="dxa" w:w="936"/>
            <w:vAlign w:val="center"/>
          </w:tcPr>
          <w:p>
            <w:pPr>
              <w:spacing w:after="0"/>
              <w:jc w:val="center"/>
            </w:pPr>
            <w:r>
              <w:rPr>
                <w:sz w:val="16"/>
              </w:rPr>
              <w:t>12</w:t>
            </w:r>
          </w:p>
        </w:tc>
        <w:tc>
          <w:tcPr>
            <w:tcW w:type="dxa" w:w="4536"/>
            <w:vAlign w:val="center"/>
          </w:tcPr>
          <w:p>
            <w:pPr>
              <w:spacing w:after="0"/>
              <w:jc w:val="left"/>
            </w:pPr>
            <w:r>
              <w:rPr>
                <w:sz w:val="16"/>
              </w:rPr>
            </w:r>
          </w:p>
        </w:tc>
        <w:tc>
          <w:tcPr>
            <w:tcW w:type="dxa" w:w="2045"/>
            <w:vAlign w:val="center"/>
          </w:tcPr>
          <w:p>
            <w:pPr>
              <w:spacing w:after="0"/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2045"/>
            <w:vAlign w:val="center"/>
          </w:tcPr>
          <w:p>
            <w:pPr>
              <w:spacing w:after="0"/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2045"/>
            <w:vAlign w:val="center"/>
          </w:tcPr>
          <w:p>
            <w:pPr>
              <w:spacing w:after="0"/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2045"/>
            <w:vAlign w:val="center"/>
          </w:tcPr>
          <w:p>
            <w:pPr>
              <w:spacing w:after="0"/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1440"/>
            <w:vAlign w:val="center"/>
          </w:tcPr>
          <w:p>
            <w:pPr>
              <w:spacing w:after="0"/>
              <w:jc w:val="center"/>
            </w:pPr>
            <w:r>
              <w:rPr>
                <w:sz w:val="16"/>
              </w:rPr>
            </w:r>
          </w:p>
        </w:tc>
      </w:tr>
      <w:tr>
        <w:tc>
          <w:tcPr>
            <w:tcW w:type="dxa" w:w="936"/>
            <w:vAlign w:val="center"/>
          </w:tcPr>
          <w:p>
            <w:pPr>
              <w:spacing w:after="0"/>
              <w:jc w:val="center"/>
            </w:pPr>
            <w:r>
              <w:rPr>
                <w:sz w:val="16"/>
              </w:rPr>
              <w:t>13</w:t>
            </w:r>
          </w:p>
        </w:tc>
        <w:tc>
          <w:tcPr>
            <w:tcW w:type="dxa" w:w="4536"/>
            <w:vAlign w:val="center"/>
          </w:tcPr>
          <w:p>
            <w:pPr>
              <w:spacing w:after="0"/>
              <w:jc w:val="left"/>
            </w:pPr>
            <w:r>
              <w:rPr>
                <w:sz w:val="16"/>
              </w:rPr>
            </w:r>
          </w:p>
        </w:tc>
        <w:tc>
          <w:tcPr>
            <w:tcW w:type="dxa" w:w="2045"/>
            <w:vAlign w:val="center"/>
          </w:tcPr>
          <w:p>
            <w:pPr>
              <w:spacing w:after="0"/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2045"/>
            <w:vAlign w:val="center"/>
          </w:tcPr>
          <w:p>
            <w:pPr>
              <w:spacing w:after="0"/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2045"/>
            <w:vAlign w:val="center"/>
          </w:tcPr>
          <w:p>
            <w:pPr>
              <w:spacing w:after="0"/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2045"/>
            <w:vAlign w:val="center"/>
          </w:tcPr>
          <w:p>
            <w:pPr>
              <w:spacing w:after="0"/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1440"/>
            <w:vAlign w:val="center"/>
          </w:tcPr>
          <w:p>
            <w:pPr>
              <w:spacing w:after="0"/>
              <w:jc w:val="center"/>
            </w:pPr>
            <w:r>
              <w:rPr>
                <w:sz w:val="16"/>
              </w:rPr>
            </w:r>
          </w:p>
        </w:tc>
      </w:tr>
      <w:tr>
        <w:tc>
          <w:tcPr>
            <w:tcW w:type="dxa" w:w="936"/>
            <w:vAlign w:val="center"/>
          </w:tcPr>
          <w:p>
            <w:pPr>
              <w:spacing w:after="0"/>
              <w:jc w:val="center"/>
            </w:pPr>
            <w:r>
              <w:rPr>
                <w:sz w:val="16"/>
              </w:rPr>
              <w:t>14</w:t>
            </w:r>
          </w:p>
        </w:tc>
        <w:tc>
          <w:tcPr>
            <w:tcW w:type="dxa" w:w="4536"/>
            <w:vAlign w:val="center"/>
          </w:tcPr>
          <w:p>
            <w:pPr>
              <w:spacing w:after="0"/>
              <w:jc w:val="left"/>
            </w:pPr>
            <w:r>
              <w:rPr>
                <w:sz w:val="16"/>
              </w:rPr>
            </w:r>
          </w:p>
        </w:tc>
        <w:tc>
          <w:tcPr>
            <w:tcW w:type="dxa" w:w="2045"/>
            <w:vAlign w:val="center"/>
          </w:tcPr>
          <w:p>
            <w:pPr>
              <w:spacing w:after="0"/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2045"/>
            <w:vAlign w:val="center"/>
          </w:tcPr>
          <w:p>
            <w:pPr>
              <w:spacing w:after="0"/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2045"/>
            <w:vAlign w:val="center"/>
          </w:tcPr>
          <w:p>
            <w:pPr>
              <w:spacing w:after="0"/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2045"/>
            <w:vAlign w:val="center"/>
          </w:tcPr>
          <w:p>
            <w:pPr>
              <w:spacing w:after="0"/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1440"/>
            <w:vAlign w:val="center"/>
          </w:tcPr>
          <w:p>
            <w:pPr>
              <w:spacing w:after="0"/>
              <w:jc w:val="center"/>
            </w:pPr>
            <w:r>
              <w:rPr>
                <w:sz w:val="16"/>
              </w:rPr>
            </w:r>
          </w:p>
        </w:tc>
      </w:tr>
      <w:tr>
        <w:tc>
          <w:tcPr>
            <w:tcW w:type="dxa" w:w="936"/>
            <w:vAlign w:val="center"/>
          </w:tcPr>
          <w:p>
            <w:pPr>
              <w:spacing w:after="0"/>
              <w:jc w:val="center"/>
            </w:pPr>
            <w:r>
              <w:rPr>
                <w:sz w:val="16"/>
              </w:rPr>
              <w:t>15</w:t>
            </w:r>
          </w:p>
        </w:tc>
        <w:tc>
          <w:tcPr>
            <w:tcW w:type="dxa" w:w="4536"/>
            <w:vAlign w:val="center"/>
          </w:tcPr>
          <w:p>
            <w:pPr>
              <w:spacing w:after="0"/>
              <w:jc w:val="left"/>
            </w:pPr>
            <w:r>
              <w:rPr>
                <w:sz w:val="16"/>
              </w:rPr>
            </w:r>
          </w:p>
        </w:tc>
        <w:tc>
          <w:tcPr>
            <w:tcW w:type="dxa" w:w="2045"/>
            <w:vAlign w:val="center"/>
          </w:tcPr>
          <w:p>
            <w:pPr>
              <w:spacing w:after="0"/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2045"/>
            <w:vAlign w:val="center"/>
          </w:tcPr>
          <w:p>
            <w:pPr>
              <w:spacing w:after="0"/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2045"/>
            <w:vAlign w:val="center"/>
          </w:tcPr>
          <w:p>
            <w:pPr>
              <w:spacing w:after="0"/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2045"/>
            <w:vAlign w:val="center"/>
          </w:tcPr>
          <w:p>
            <w:pPr>
              <w:spacing w:after="0"/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1440"/>
            <w:vAlign w:val="center"/>
          </w:tcPr>
          <w:p>
            <w:pPr>
              <w:spacing w:after="0"/>
              <w:jc w:val="center"/>
            </w:pPr>
            <w:r>
              <w:rPr>
                <w:sz w:val="16"/>
              </w:rPr>
            </w:r>
          </w:p>
        </w:tc>
      </w:tr>
      <w:tr>
        <w:tc>
          <w:tcPr>
            <w:tcW w:type="dxa" w:w="936"/>
            <w:vAlign w:val="center"/>
          </w:tcPr>
          <w:p>
            <w:pPr>
              <w:spacing w:after="0"/>
              <w:jc w:val="center"/>
            </w:pPr>
            <w:r>
              <w:rPr>
                <w:sz w:val="16"/>
              </w:rPr>
              <w:t>16</w:t>
            </w:r>
          </w:p>
        </w:tc>
        <w:tc>
          <w:tcPr>
            <w:tcW w:type="dxa" w:w="4536"/>
            <w:vAlign w:val="center"/>
          </w:tcPr>
          <w:p>
            <w:pPr>
              <w:spacing w:after="0"/>
              <w:jc w:val="left"/>
            </w:pPr>
            <w:r>
              <w:rPr>
                <w:sz w:val="16"/>
              </w:rPr>
            </w:r>
          </w:p>
        </w:tc>
        <w:tc>
          <w:tcPr>
            <w:tcW w:type="dxa" w:w="2045"/>
            <w:vAlign w:val="center"/>
          </w:tcPr>
          <w:p>
            <w:pPr>
              <w:spacing w:after="0"/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2045"/>
            <w:vAlign w:val="center"/>
          </w:tcPr>
          <w:p>
            <w:pPr>
              <w:spacing w:after="0"/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2045"/>
            <w:vAlign w:val="center"/>
          </w:tcPr>
          <w:p>
            <w:pPr>
              <w:spacing w:after="0"/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2045"/>
            <w:vAlign w:val="center"/>
          </w:tcPr>
          <w:p>
            <w:pPr>
              <w:spacing w:after="0"/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1440"/>
            <w:vAlign w:val="center"/>
          </w:tcPr>
          <w:p>
            <w:pPr>
              <w:spacing w:after="0"/>
              <w:jc w:val="center"/>
            </w:pPr>
            <w:r>
              <w:rPr>
                <w:sz w:val="16"/>
              </w:rPr>
            </w:r>
          </w:p>
        </w:tc>
      </w:tr>
      <w:tr>
        <w:tc>
          <w:tcPr>
            <w:tcW w:type="dxa" w:w="936"/>
            <w:vAlign w:val="center"/>
          </w:tcPr>
          <w:p>
            <w:pPr>
              <w:spacing w:after="0"/>
              <w:jc w:val="center"/>
            </w:pPr>
            <w:r>
              <w:rPr>
                <w:sz w:val="16"/>
              </w:rPr>
              <w:t>17</w:t>
            </w:r>
          </w:p>
        </w:tc>
        <w:tc>
          <w:tcPr>
            <w:tcW w:type="dxa" w:w="4536"/>
            <w:vAlign w:val="center"/>
          </w:tcPr>
          <w:p>
            <w:pPr>
              <w:spacing w:after="0"/>
              <w:jc w:val="left"/>
            </w:pPr>
            <w:r>
              <w:rPr>
                <w:sz w:val="16"/>
              </w:rPr>
            </w:r>
          </w:p>
        </w:tc>
        <w:tc>
          <w:tcPr>
            <w:tcW w:type="dxa" w:w="2045"/>
            <w:vAlign w:val="center"/>
          </w:tcPr>
          <w:p>
            <w:pPr>
              <w:spacing w:after="0"/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2045"/>
            <w:vAlign w:val="center"/>
          </w:tcPr>
          <w:p>
            <w:pPr>
              <w:spacing w:after="0"/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2045"/>
            <w:vAlign w:val="center"/>
          </w:tcPr>
          <w:p>
            <w:pPr>
              <w:spacing w:after="0"/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2045"/>
            <w:vAlign w:val="center"/>
          </w:tcPr>
          <w:p>
            <w:pPr>
              <w:spacing w:after="0"/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1440"/>
            <w:vAlign w:val="center"/>
          </w:tcPr>
          <w:p>
            <w:pPr>
              <w:spacing w:after="0"/>
              <w:jc w:val="center"/>
            </w:pPr>
            <w:r>
              <w:rPr>
                <w:sz w:val="16"/>
              </w:rPr>
            </w:r>
          </w:p>
        </w:tc>
      </w:tr>
      <w:tr>
        <w:tc>
          <w:tcPr>
            <w:tcW w:type="dxa" w:w="936"/>
            <w:vAlign w:val="center"/>
          </w:tcPr>
          <w:p>
            <w:pPr>
              <w:spacing w:after="0"/>
              <w:jc w:val="center"/>
            </w:pPr>
            <w:r>
              <w:rPr>
                <w:sz w:val="16"/>
              </w:rPr>
              <w:t>18</w:t>
            </w:r>
          </w:p>
        </w:tc>
        <w:tc>
          <w:tcPr>
            <w:tcW w:type="dxa" w:w="4536"/>
            <w:vAlign w:val="center"/>
          </w:tcPr>
          <w:p>
            <w:pPr>
              <w:spacing w:after="0"/>
              <w:jc w:val="left"/>
            </w:pPr>
            <w:r>
              <w:rPr>
                <w:sz w:val="16"/>
              </w:rPr>
            </w:r>
          </w:p>
        </w:tc>
        <w:tc>
          <w:tcPr>
            <w:tcW w:type="dxa" w:w="2045"/>
            <w:vAlign w:val="center"/>
          </w:tcPr>
          <w:p>
            <w:pPr>
              <w:spacing w:after="0"/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2045"/>
            <w:vAlign w:val="center"/>
          </w:tcPr>
          <w:p>
            <w:pPr>
              <w:spacing w:after="0"/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2045"/>
            <w:vAlign w:val="center"/>
          </w:tcPr>
          <w:p>
            <w:pPr>
              <w:spacing w:after="0"/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2045"/>
            <w:vAlign w:val="center"/>
          </w:tcPr>
          <w:p>
            <w:pPr>
              <w:spacing w:after="0"/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1440"/>
            <w:vAlign w:val="center"/>
          </w:tcPr>
          <w:p>
            <w:pPr>
              <w:spacing w:after="0"/>
              <w:jc w:val="center"/>
            </w:pPr>
            <w:r>
              <w:rPr>
                <w:sz w:val="16"/>
              </w:rPr>
            </w:r>
          </w:p>
        </w:tc>
      </w:tr>
      <w:tr>
        <w:tc>
          <w:tcPr>
            <w:tcW w:type="dxa" w:w="936"/>
            <w:vAlign w:val="center"/>
          </w:tcPr>
          <w:p>
            <w:pPr>
              <w:spacing w:after="0"/>
              <w:jc w:val="center"/>
            </w:pPr>
            <w:r>
              <w:rPr>
                <w:sz w:val="16"/>
              </w:rPr>
              <w:t>19</w:t>
            </w:r>
          </w:p>
        </w:tc>
        <w:tc>
          <w:tcPr>
            <w:tcW w:type="dxa" w:w="4536"/>
            <w:vAlign w:val="center"/>
          </w:tcPr>
          <w:p>
            <w:pPr>
              <w:spacing w:after="0"/>
              <w:jc w:val="left"/>
            </w:pPr>
            <w:r>
              <w:rPr>
                <w:sz w:val="16"/>
              </w:rPr>
            </w:r>
          </w:p>
        </w:tc>
        <w:tc>
          <w:tcPr>
            <w:tcW w:type="dxa" w:w="2045"/>
            <w:vAlign w:val="center"/>
          </w:tcPr>
          <w:p>
            <w:pPr>
              <w:spacing w:after="0"/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2045"/>
            <w:vAlign w:val="center"/>
          </w:tcPr>
          <w:p>
            <w:pPr>
              <w:spacing w:after="0"/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2045"/>
            <w:vAlign w:val="center"/>
          </w:tcPr>
          <w:p>
            <w:pPr>
              <w:spacing w:after="0"/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2045"/>
            <w:vAlign w:val="center"/>
          </w:tcPr>
          <w:p>
            <w:pPr>
              <w:spacing w:after="0"/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1440"/>
            <w:vAlign w:val="center"/>
          </w:tcPr>
          <w:p>
            <w:pPr>
              <w:spacing w:after="0"/>
              <w:jc w:val="center"/>
            </w:pPr>
            <w:r>
              <w:rPr>
                <w:sz w:val="16"/>
              </w:rPr>
            </w:r>
          </w:p>
        </w:tc>
      </w:tr>
      <w:tr>
        <w:tc>
          <w:tcPr>
            <w:tcW w:type="dxa" w:w="936"/>
            <w:vAlign w:val="center"/>
          </w:tcPr>
          <w:p>
            <w:pPr>
              <w:spacing w:after="0"/>
              <w:jc w:val="center"/>
            </w:pPr>
            <w:r>
              <w:rPr>
                <w:sz w:val="16"/>
              </w:rPr>
              <w:t>20</w:t>
            </w:r>
          </w:p>
        </w:tc>
        <w:tc>
          <w:tcPr>
            <w:tcW w:type="dxa" w:w="4536"/>
            <w:vAlign w:val="center"/>
          </w:tcPr>
          <w:p>
            <w:pPr>
              <w:spacing w:after="0"/>
              <w:jc w:val="left"/>
            </w:pPr>
            <w:r>
              <w:rPr>
                <w:sz w:val="16"/>
              </w:rPr>
            </w:r>
          </w:p>
        </w:tc>
        <w:tc>
          <w:tcPr>
            <w:tcW w:type="dxa" w:w="2045"/>
            <w:vAlign w:val="center"/>
          </w:tcPr>
          <w:p>
            <w:pPr>
              <w:spacing w:after="0"/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2045"/>
            <w:vAlign w:val="center"/>
          </w:tcPr>
          <w:p>
            <w:pPr>
              <w:spacing w:after="0"/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2045"/>
            <w:vAlign w:val="center"/>
          </w:tcPr>
          <w:p>
            <w:pPr>
              <w:spacing w:after="0"/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2045"/>
            <w:vAlign w:val="center"/>
          </w:tcPr>
          <w:p>
            <w:pPr>
              <w:spacing w:after="0"/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1440"/>
            <w:vAlign w:val="center"/>
          </w:tcPr>
          <w:p>
            <w:pPr>
              <w:spacing w:after="0"/>
              <w:jc w:val="center"/>
            </w:pPr>
            <w:r>
              <w:rPr>
                <w:sz w:val="16"/>
              </w:rPr>
            </w:r>
          </w:p>
        </w:tc>
      </w:tr>
    </w:tbl>
    <w:sectPr w:rsidR="00FC693F" w:rsidRPr="0006063C" w:rsidSect="00034616">
      <w:pgSz w:w="15840" w:h="12240" w:orient="landscape"/>
      <w:pgMar w:top="648" w:right="648" w:bottom="648" w:left="64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